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תחנות המסע במורשת 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תכנים מרכזיים מהתחנות השונות במסע המורשת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הקשורים לנח, לתפילת הגשם, לרחל אמנו ולחג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חודשי השנה העבריים לפי סדרם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ברית בין אלוהים לאדם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גשם לברכה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דאגה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כמיהה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מסע אברהם לארץ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בסיפור על נח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הקשת מסמלת ברית ושלום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התפילה קשורה לעונת הגשמים בחורף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רחל ידועה בדאגתה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החג מבטא כמיהה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תחנה לתוכן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(תיבה, קשת ומסע)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(בקשת 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(לדאוג לאחר)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(כמיהה לירושלים)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(הכרת מקום המגורים)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חודשי השנה העבריים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ניסן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מתארים מוצא המשפחה, מסלול או סיפור קצר, ומשתמשים במילה אחת לפחות מהמושגים שנלמדו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גשם לברכה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התחנות באתר כהכנה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סדר החודשים בעל פה לפני פעילות הסידור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לתלמידים מתקשים ניתן להשמיט את השאלות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תחנות המסע במורשת 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הרבה תחנות ומשחקים על סיפורים וחגים שונים. בדף הזה נתרגל את התכנים המרכזיים שמככבים בתחנות: נח, תפילת הגשם, רחל אמנו, חג הסיגד וסדר חודשי השנה.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בנה נח כדי להינצל מהמבול?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מסמלת הקשת בענן בסיפור על נח?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ברית בין אלוהים לאדם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לגשם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דגל של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קישוט בשמים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מבקשים בתפילת ותן טל ומטר?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גשם לברכה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שלג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רוח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רחל אמנו ידועה בעיקר בזכות...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דאגה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בניית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ניצחון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חג הסיגד מבטא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כמיהה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חגיגת קציר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העצמאות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הסיפור לך לך מספר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מסע אברהם לארץ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יציאת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מתן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בניית בית מקדש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בנה תיבה כדי לשמור על בעלי חיים מהמבול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הקשת בענן מסמלת כעס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תפילת טל ומטר נאמרת בקיץ החם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אמנו דאגה לאחותה לאה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חוגג רק את עונת הקציר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נח בנה __________ כדי להינצל מהמבול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בשמים היא סימן לברית בין אלוהים לאדם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בתפילה מבקשים __________ ומטר לברכה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אמנו ידועה בדאגתה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חג ה__________ מבטא כמיהה לירושלים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תחנה לתוכן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נח ולך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הכרת מקום המגורים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ותן טל ומטר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תיבה, קשת ומסע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רחל אמנו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כמיהה לירושלים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חג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בקשת 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היישוב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לדאוג לאחר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חודשי השנה העבריים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תשרי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משפטים על המסע של המשפחה שלכם - מאיפה הגיעו ולאן, ומה חשוב לזכור מהסיפור הזה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בנה נח כדי להינצל מהמבול?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מבקשים בתפילת טל ומטר?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חג מבטא כמיהה לירושלים?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תחנות המסע במורשת 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