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תחנות המסע במורשת 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תכנים מרכזיים מהתחנות השונות במסע 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לנח, לתפילת הגשם, לרחל אמנו ולחג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חודשי השנה העבריים לפי סדרם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ברית בין אלוהים לאדם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גשם לברכה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דאגה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כמיהה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מסע אברהם לארץ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בסיפור על 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הקשת מסמלת ברית ושלום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התפילה קשורה לעונת הגשמים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רחל ידועה בדאגתה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החג מבטא כמיהה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תחנה לתוכן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(תיבה, קשת ומסע)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(בקשת 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(לדאוג לאחר)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(כמיהה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(הכרת מקום המגורים)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חודשי השנה העבריים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ניסן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מתארים מוצא המשפחה, מסלול או סיפור קצר, ומשתמשים במילה אחת לפחות מהמושגים שנלמדו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 לברכה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התחנות באתר כהכנה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סדר החודשים בעל פה לפני פעילות 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לתלמידים מתקשים ניתן להשמיט את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תחנות המסע במורשת 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משחקים על סיפורים וחגים. בדף הזה נתרגל דברים חשובים מהסיפורים: נח, תפילת גשם, רחל אמנו, חג הסיגד וסדר החודשים בשנה.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גדול וסגור שבנה נח כדי להינצל מהמבול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קשת צבעונית בשמים, סימן לברית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טל ומטר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בקשה לגשם ברכה בתפילה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כמיהה וחיבור לירושלים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מגורים של קבוצת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ארוכה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שהגיעו לארץ ממקום 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נח בנה כדי להינצל מהמים?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הקשת בשמים מסמלת?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ברית בין אלוהים לאדם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לגשם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דגל של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קישוט בשמים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מבקשים בתפילה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גשם לברכה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המידה המיוחדת של רחל אמנו?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דאגה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בניית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חג הסיגד מבטא?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כמיהה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חגיגת 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העצמאות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מה מספר הסיפור לך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מסע אברהם לארץ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יציאת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מתן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בית מקדש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בנה תיבה כדי לשמור על בעלי חיים מהמבול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הקשת בענן מסמלת כעס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תפילת טל ומטר נאמרת בקיץ החם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אמנו דאגה לאחותה 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חוגג רק את עונת הקציר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נח בנה __________ כדי להינצל מהמבול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בשמים היא סימן לברית בין אלוהים לאדם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בתפילה מבקשים __________ ומטר לברכה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אמנו ידועה בדאגתה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חג ה__________ מבטא כמיהה לירושלים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תחנה לתוכן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נח ולך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לדאוג לאחר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ותן טל ומטר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הכרת מקום המגורים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רחל אמנו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כמיהה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תיבה, קשת ומסע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היישוב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בקשת הגשם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חודשי השנה העבריים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 על המסע של המשפחה שלכם - מאיפה הגיעו ולאן, ומה חשוב לזכור מהסיפור הזה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בנה נח כדי להינצל מהמבול?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מבקשים בתפילת טל ומטר?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חג מבטא כמיהה לירושלים?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תחנות המסע במורשת 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